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Mäntyharjun kunnankirjasto</w:t>
      </w:r>
    </w:p>
    <w:p>
      <w:r>
        <w:t>1.6.2022 keskiviikko</w:t>
      </w:r>
    </w:p>
    <w:p>
      <w:pPr>
        <w:pStyle w:val="Heading1"/>
      </w:pPr>
      <w:r>
        <w:t>1.6.2022-29.6.2022</w:t>
      </w:r>
    </w:p>
    <w:p>
      <w:pPr>
        <w:pStyle w:val="Heading2"/>
      </w:pPr>
      <w:r>
        <w:t>Juhlanäyttely Mouhu-Voikosken Martat 100 vuotta</w:t>
      </w:r>
    </w:p>
    <w:p>
      <w:r>
        <w:t>Mouhu-Voikosken Marttojen 100-vuotisjuhlanäyttely kesäkuun ajan kirjastossa ma-pe klo 10-17.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