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Voikosken rukoushuone, Helluntaivuorentie 16, 52920 Voikoski</w:t>
      </w:r>
    </w:p>
    <w:p>
      <w:r>
        <w:t>24.7.2022 sunnuntai</w:t>
      </w:r>
    </w:p>
    <w:p>
      <w:pPr>
        <w:pStyle w:val="Heading1"/>
      </w:pPr>
      <w:r>
        <w:t>24.7.2022 sunnuntai</w:t>
      </w:r>
    </w:p>
    <w:p>
      <w:pPr>
        <w:pStyle w:val="Heading2"/>
      </w:pPr>
      <w:r>
        <w:t>10:00-12:00 Marttojen juhlamessu Voikoskella</w:t>
      </w:r>
    </w:p>
    <w:p>
      <w:r>
        <w:t>Mouhu-Voikosken Martat ry:n 100-vuotisjuhlamessu ja marttojen kirkkopyhä Voikosken rukoushuoneella.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