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17:15-18:00 SISU-jumppa</w:t>
      </w:r>
    </w:p>
    <w:p>
      <w:r>
        <w:t>Sykettä kohttava jumppa, joka sopii liikuntaa harrastaville aikuisille ja nuorille.</w:t>
      </w:r>
    </w:p>
    <w:p>
      <w:r>
        <w:t>MäVin jäsenille 6 euroa tai kymppikortti, ei jäsenille 9 euroa.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