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14.6.2022 tiistai</w:t>
      </w:r>
    </w:p>
    <w:p>
      <w:pPr>
        <w:pStyle w:val="Heading1"/>
      </w:pPr>
      <w:r>
        <w:t>14.6.2022 tiistai</w:t>
      </w:r>
    </w:p>
    <w:p>
      <w:pPr>
        <w:pStyle w:val="Heading2"/>
      </w:pPr>
      <w:r>
        <w:t>17:15-18:00 SISU-jumppa</w:t>
      </w:r>
    </w:p>
    <w:p>
      <w:r>
        <w:t>Sykettä kohottava jumppa, joka sopii liikuntaa harrastaville aikuisille ja nuorille.</w:t>
      </w:r>
    </w:p>
    <w:p>
      <w:r>
        <w:t>MäVin jäsenille 6 euroa tai kymppikortti, ei jäsenille 9 euroa. Maksun voi hoitaa MobilePaylla (koodi: 55572), Smartumin, e Passin, Edenredin tai EazyBreakin kautta tunnin alussa.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