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20.6.2022 maanantai</w:t>
      </w:r>
    </w:p>
    <w:p>
      <w:pPr>
        <w:pStyle w:val="Heading1"/>
      </w:pPr>
      <w:r>
        <w:t>20.6.2022 maanantai</w:t>
      </w:r>
    </w:p>
    <w:p>
      <w:pPr>
        <w:pStyle w:val="Heading2"/>
      </w:pPr>
      <w:r>
        <w:t>16:00-16:45 Pilates-ryhtiä keholle</w:t>
      </w:r>
    </w:p>
    <w:p>
      <w:r>
        <w:t>Pilates on kehon ja mielen hallintaan keskittyvä harjoitus.</w:t>
      </w:r>
    </w:p>
    <w:p>
      <w:r>
        <w:t>Osallistuminen kertamaksulla 6 €/MäVin jäsen tai 9 €/ei jäsen, tai kymppikortilla (myynnissä jäsenille).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