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6.6.2022 maanantai</w:t>
      </w:r>
    </w:p>
    <w:p>
      <w:pPr>
        <w:pStyle w:val="Heading1"/>
      </w:pPr>
      <w:r>
        <w:t>6.6.2022 maanantai</w:t>
      </w:r>
    </w:p>
    <w:p>
      <w:pPr>
        <w:pStyle w:val="Heading2"/>
      </w:pPr>
      <w:r>
        <w:t>17:10-18:00 Kahvakuula</w:t>
      </w:r>
    </w:p>
    <w:p>
      <w:r>
        <w:t>Monipuolinen ja tehokas kahvakuulaharjoitus ulkona.</w:t>
      </w:r>
    </w:p>
    <w:p>
      <w:r>
        <w:t>Kertamaksu mäVin jäsenille 6 € tai kymppikortti, ei jäsenille 9 euroa. Maksun voi hoitaa MobilePaylla (koodi: 55572).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