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29.7.2022 perjantai</w:t>
      </w:r>
    </w:p>
    <w:p>
      <w:pPr>
        <w:pStyle w:val="Heading1"/>
      </w:pPr>
      <w:r>
        <w:t>29.7.2022 perjantai</w:t>
      </w:r>
    </w:p>
    <w:p>
      <w:pPr>
        <w:pStyle w:val="Heading2"/>
      </w:pPr>
      <w:r>
        <w:t>19:00-21:00 Lailan tähtihetket - musiikkinäytelmä</w:t>
      </w:r>
    </w:p>
    <w:p>
      <w:r>
        <w:t>Värikäs ja tunteikas esitys Laila Kinnusesta</w:t>
      </w:r>
    </w:p>
    <w:p>
      <w:r>
        <w:t>liput edullisemmin lippu.fi</w:t>
        <w:br/>
        <w:t>ovelta 28.50e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