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30.7.2022 lauantai</w:t>
      </w:r>
    </w:p>
    <w:p>
      <w:pPr>
        <w:pStyle w:val="Heading1"/>
      </w:pPr>
      <w:r>
        <w:t>30.7.2022 lauantai</w:t>
      </w:r>
    </w:p>
    <w:p>
      <w:pPr>
        <w:pStyle w:val="Heading2"/>
      </w:pPr>
      <w:r>
        <w:t>14:00-16:00 Lailan tähtihetket - musiikkinäytelmä</w:t>
      </w:r>
    </w:p>
    <w:p>
      <w:r>
        <w:t>Värikäs ja tunteikas esitys Laila Kinnusesta</w:t>
      </w:r>
    </w:p>
    <w:p>
      <w:r>
        <w:t>liput edullisemmin lippu.fi</w:t>
        <w:br/>
        <w:t>ovelta 28.50e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