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13:00-15:00 Urpo Heikkilän kesäkonsertti</w:t>
      </w:r>
    </w:p>
    <w:p>
      <w:r>
        <w:t>Urpo Heikkilän kesäkonsertti Pappilanparvella (Mäntyharjun kesäteatteri, Iso-Pappilantie 3) lauantaina 18.6. klo 13 alkaen.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