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18:00-19:00 Pyöräilytapahtuma Partsimaan ympäriajo</w:t>
      </w:r>
    </w:p>
    <w:p>
      <w:r>
        <w:t>Koko perheen pyöräilytapahtuma Partsimaan ympäriajo.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