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6.7.2022 keskiviikko</w:t>
      </w:r>
    </w:p>
    <w:p>
      <w:pPr>
        <w:pStyle w:val="Heading1"/>
      </w:pPr>
      <w:r>
        <w:t>6.7.2022 keskiviikko</w:t>
      </w:r>
    </w:p>
    <w:p>
      <w:pPr>
        <w:pStyle w:val="Heading2"/>
      </w:pPr>
      <w:r>
        <w:t>18:00-20:30 Koirakiven kesäteatteri: Harmony Sisters</w:t>
      </w:r>
    </w:p>
    <w:p>
      <w:r>
        <w:t>Koirakiven kesäteatterin lavalla kuullaan kesällä 2022 monia tuttuja kappaleita! Ostathan lippusi ennakkoon ja varmista paikkasi katetussa katsomossa.</w:t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