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VALTOLANTIE 2254</w:t>
      </w:r>
    </w:p>
    <w:p>
      <w:r>
        <w:t>19.6.2022 sunnuntai</w:t>
      </w:r>
    </w:p>
    <w:p>
      <w:pPr>
        <w:pStyle w:val="Heading1"/>
      </w:pPr>
      <w:r>
        <w:t>19.6.2022 sunnuntai</w:t>
      </w:r>
    </w:p>
    <w:p>
      <w:pPr>
        <w:pStyle w:val="Heading2"/>
      </w:pPr>
      <w:r>
        <w:t>12:00-17:00 PIHAKIRPPIS,Valtolantie 2254,Käävänkylä</w:t>
      </w:r>
    </w:p>
    <w:p>
      <w:r>
        <w:t>PIHAKIRPPIS 19.6.sunnuntaina klo 12-17</w:t>
        <w:br/>
        <w:br/>
        <w:t>Valtolantie 2254,Käävänkylä puustelli.</w:t>
        <w:br/>
        <w:br/>
        <w:br/>
        <w:br/>
        <w:t>Vaikka mitä kaupan. Maksuvälineinä käteinen ja mobilepay.</w:t>
        <w:br/>
        <w:br/>
        <w:t>TERVETULOA 🌻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