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kansalaisopisto</w:t>
      </w:r>
    </w:p>
    <w:p>
      <w:r>
        <w:t>25.6.2024 tiistai</w:t>
      </w:r>
    </w:p>
    <w:p>
      <w:pPr>
        <w:pStyle w:val="Heading1"/>
      </w:pPr>
      <w:r>
        <w:t>25.6.2024-15.9.2024</w:t>
      </w:r>
    </w:p>
    <w:p>
      <w:pPr>
        <w:pStyle w:val="Heading2"/>
      </w:pPr>
      <w:r>
        <w:t>12:30-00:00 Kansalaisopiston lv. 2024-2025 kurssi-ilmoittautuminen alkaa</w:t>
      </w:r>
    </w:p>
    <w:p>
      <w:r>
        <w:t>Tarjonnassamme on nyt jopa 220 kurssia – tule mukaan oppimaan ja harrastamaan! Katso lisätiedot ja ilmoittautuminen  &amp;gt;&amp;gt;  www.mantyharjunkansalaisopisto.fi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