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16.7.2022 lauantai</w:t>
      </w:r>
    </w:p>
    <w:p>
      <w:pPr>
        <w:pStyle w:val="Heading1"/>
      </w:pPr>
      <w:r>
        <w:t>16.7.2022 lauantai</w:t>
      </w:r>
    </w:p>
    <w:p>
      <w:pPr>
        <w:pStyle w:val="Heading2"/>
      </w:pPr>
      <w:r>
        <w:t>Swimrun Mäntyharju (SRM 2022)</w:t>
      </w:r>
    </w:p>
    <w:p>
      <w:r>
        <w:t>Mäntyharjulla kisaillaan jälleen Swimrunissa heinäkuussa! Kilpailu tapahtuu Mäntyharjun monipuolisilla reiteillä ja upeissa maisemissa lauantaina 16.7.2022.</w:t>
        <w:br/>
        <w:br/>
      </w:r>
    </w:p>
    <w:p>
      <w:r>
        <w:t>Solosarja 65 eur, jälki-ilmoittautuminen 11.-16.7.2022 hinta 75 eur</w:t>
        <w:br/>
        <w:t>Parisarja lyhyt 100 eur, jälki-ilmoittautuminen 11.-16.7.2022 hinta 120 eur</w:t>
        <w:br/>
        <w:t>Parisarja pitkä 120 eur, jälki-ilmoittautuminen 11.-16.7.2022 hinta 140 eur</w:t>
        <w:br/>
        <w:t>(kaikkiin sarjoihin sisältyy keittolounas kilpailun jälkeen)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