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17:30-20:30 Ohjatut iltamelonnat Mäntyharjun keskustassa</w:t>
      </w:r>
    </w:p>
    <w:p>
      <w:r>
        <w:t xml:space="preserve">Ohjatut iltamelonnat Mäntyharjun keskustassa. </w:t>
      </w:r>
    </w:p>
    <w:p>
      <w:r>
        <w:t>55 euroa ja maksu paikan päällä käteisellä tai laskulla.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