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29.7.2022 perjantai</w:t>
      </w:r>
    </w:p>
    <w:p>
      <w:pPr>
        <w:pStyle w:val="Heading1"/>
      </w:pPr>
      <w:r>
        <w:t>29.7.2022 perjantai</w:t>
      </w:r>
    </w:p>
    <w:p>
      <w:pPr>
        <w:pStyle w:val="Heading2"/>
      </w:pPr>
      <w:r>
        <w:t>19:00-21:00 Laila Kinnusesta musiikkinäytelmä- Lailan Tähtihetket</w:t>
      </w:r>
    </w:p>
    <w:p>
      <w:r>
        <w:t>Värikäs esitys Laila Kinnusesta ja pääroolissa Lailan tytär Milana!</w:t>
        <w:br/>
        <w:br/>
      </w:r>
    </w:p>
    <w:p>
      <w:r>
        <w:t>Liput alkaen 27.50 euroa, lippu.fi,R-Kioskit, p.040-7406354,Mäntyharjun Valokuvaamo, Asematie 1 52700 Mäntyharju, p. 0400 573552, 015 682 626 ja ovelta</w:t>
        <w:br/>
        <w:t>Esitykset:</w:t>
        <w:br/>
        <w:t>Pe 29.07.2022, 19:00,</w:t>
        <w:br/>
        <w:t>La 30.07.2022, 14:00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