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31.7.2022 sunnuntai</w:t>
      </w:r>
    </w:p>
    <w:p>
      <w:pPr>
        <w:pStyle w:val="Heading1"/>
      </w:pPr>
      <w:r>
        <w:t>31.7.2022 sunnuntai</w:t>
      </w:r>
    </w:p>
    <w:p>
      <w:pPr>
        <w:pStyle w:val="Heading2"/>
      </w:pPr>
      <w:r>
        <w:t>14:00-16:15 Puhelinlangat laulaa musiikkinäytelmä - Esitys Katri Helenasta!</w:t>
      </w:r>
    </w:p>
    <w:p>
      <w:r>
        <w:t>Eräänä päivänä itse Katri Helena on tulossa synnyinpitäjäänsä Tohmajärvelle...</w:t>
      </w:r>
    </w:p>
    <w:p>
      <w:r>
        <w:br/>
        <w:t>Liput alkaen 31.50 euroa,</w:t>
        <w:br/>
        <w:br/>
        <w:t>Lipunmyynti:</w:t>
        <w:br/>
        <w:t>Lippu.fi, p.040-7406354,R-Kioskit,</w:t>
        <w:br/>
        <w:t>Mäntyharjun Valokuvaamo, Asematie 1</w:t>
        <w:br/>
        <w:t>52700 Mäntyharju, p. 0400 573552</w:t>
        <w:br/>
        <w:t>015 682 626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