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27.4.2023 torstai</w:t>
      </w:r>
    </w:p>
    <w:p>
      <w:pPr>
        <w:pStyle w:val="Heading1"/>
      </w:pPr>
      <w:r>
        <w:t>27.4.2023-1.5.2023</w:t>
      </w:r>
    </w:p>
    <w:p>
      <w:pPr>
        <w:pStyle w:val="Heading2"/>
      </w:pPr>
      <w:r>
        <w:t>18:00-17:00 Senioriteatteri - Kokeileva Musiikkikomedia Niskavuorelaisittain 27.4.-1.5.2023</w:t>
      </w:r>
    </w:p>
    <w:p>
      <w:r>
        <w:t>Kokeileva Musiikkikomedia Niskavuorelaisittain</w:t>
      </w:r>
    </w:p>
    <w:p>
      <w:r>
        <w:t>Aikuinen 15 €, lapset alle 12 vuotta veloituksetta. Liput ennakkoon Nettilipun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