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19.11.2022 lauantai</w:t>
      </w:r>
    </w:p>
    <w:p>
      <w:pPr>
        <w:pStyle w:val="Heading1"/>
      </w:pPr>
      <w:r>
        <w:t>19.11.2022 lauantai</w:t>
      </w:r>
    </w:p>
    <w:p>
      <w:pPr>
        <w:pStyle w:val="Heading2"/>
      </w:pPr>
      <w:r>
        <w:t>18:00-20:00 Terapian tarpeessa jälleen</w:t>
      </w:r>
    </w:p>
    <w:p>
      <w:r>
        <w:t>Terapian tarpeessa jälleen Mäntyharjun kulttuurisalissa lauantaina 19.11 klo 18.</w:t>
      </w:r>
    </w:p>
    <w:p>
      <w:r>
        <w:t>Lipun hinta 25 €.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