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12.11.2022 lauantai</w:t>
      </w:r>
    </w:p>
    <w:p>
      <w:pPr>
        <w:pStyle w:val="Heading1"/>
      </w:pPr>
      <w:r>
        <w:t>12.11.2022 lauantai</w:t>
      </w:r>
    </w:p>
    <w:p>
      <w:pPr>
        <w:pStyle w:val="Heading2"/>
      </w:pPr>
      <w:r>
        <w:t>09:30-15:30 Aikuisten leiripäivä Kisalassa</w:t>
      </w:r>
    </w:p>
    <w:p>
      <w:r>
        <w:t>Lauantaina 12.11. järjestetään MäVin ensimmäinen aikuisten leiripäivä Kisalassa!</w:t>
      </w:r>
    </w:p>
    <w:p>
      <w:r>
        <w:t>MäVin jäsenille: 30 €</w:t>
        <w:br/>
        <w:t>Muille: 35 €</w:t>
        <w:br/>
        <w:br/>
        <w:t>Hinta sisältää ohjatun ohjelman ja välipalan</w:t>
        <w:br/>
        <w:br/>
        <w:t>Maksun voi suorittaa myös ePassilla, Edenredillä ja Smartumilla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