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Liikuntahalli Kisala Urheilutie1 Mäntyharju</w:t>
      </w:r>
    </w:p>
    <w:p>
      <w:r>
        <w:t>10.9.2022 lauantai</w:t>
      </w:r>
    </w:p>
    <w:p>
      <w:pPr>
        <w:pStyle w:val="Heading1"/>
      </w:pPr>
      <w:r>
        <w:t>10.9.2022 lauantai</w:t>
      </w:r>
    </w:p>
    <w:p>
      <w:pPr>
        <w:pStyle w:val="Heading2"/>
      </w:pPr>
      <w:r>
        <w:t>08:00-20:00 MRM Polkujuoksukilpailu Mäntyharju</w:t>
      </w:r>
    </w:p>
    <w:p>
      <w:r>
        <w:t>Kilpailuinfo MRM 2022</w:t>
        <w:br/>
        <w:br/>
        <w:t>Tervetuloa juoksemaan Mäntyharjun luonnonkauniisiin metsä- ja järvimaisemiin!</w:t>
        <w:br/>
        <w:br/>
      </w:r>
    </w:p>
    <w:p>
      <w:r>
        <w:t xml:space="preserve">Alk. 30 euroa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