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5.8.2022 perjantai</w:t>
      </w:r>
    </w:p>
    <w:p>
      <w:pPr>
        <w:pStyle w:val="Heading1"/>
      </w:pPr>
      <w:r>
        <w:t>5.8.2022 perjantai</w:t>
      </w:r>
    </w:p>
    <w:p>
      <w:pPr>
        <w:pStyle w:val="Heading2"/>
      </w:pPr>
      <w:r>
        <w:t>18:00-21:00 Livekonsertti / Esa Eloranta Vapaa pääsy</w:t>
      </w:r>
    </w:p>
    <w:p>
      <w:r>
        <w:t xml:space="preserve">Pe 5.8 klo 18-21 Esa Eloranta keikalla Makasiinilla, osoite Asematie 10. Vapaa pääsy!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