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24.8.2022 keskiviikko</w:t>
      </w:r>
    </w:p>
    <w:p>
      <w:pPr>
        <w:pStyle w:val="Heading1"/>
      </w:pPr>
      <w:r>
        <w:t>24.8.2022 keskiviikko</w:t>
      </w:r>
    </w:p>
    <w:p>
      <w:pPr>
        <w:pStyle w:val="Heading2"/>
      </w:pPr>
      <w:r>
        <w:t>18:00-19:00 haapoja &amp; illmari kollektiivi</w:t>
      </w:r>
    </w:p>
    <w:p>
      <w:r>
        <w:t>haapoja &amp; illmari kollektiivi Suomen kansanmusiikkiliiton kiertueella Mäntyharjun kulttuurisalissa</w:t>
      </w:r>
    </w:p>
    <w:p>
      <w:r>
        <w:t>Liput ovelta 5 €, alle 18 vuotiaat maksutta. Maksuvälineenä käteinen/kortti/ePassi/Smartum.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