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 Kirkonkylä</w:t>
      </w:r>
    </w:p>
    <w:p>
      <w:r>
        <w:t>1.10.2022 lauantai</w:t>
      </w:r>
    </w:p>
    <w:p>
      <w:pPr>
        <w:pStyle w:val="Heading1"/>
      </w:pPr>
      <w:r>
        <w:t>1.10.2022 lauantai</w:t>
      </w:r>
    </w:p>
    <w:p>
      <w:pPr>
        <w:pStyle w:val="Heading2"/>
      </w:pPr>
      <w:r>
        <w:t>10:00-15:00 SIENIRETKI Uutelan laavulle</w:t>
      </w:r>
    </w:p>
    <w:p>
      <w:r>
        <w:t>10.9.2022 Lauantaina SIENIRETKI, opastettu lähtö klo 10 kirkon parkkipaikalta Uutelan laavulle n. 3km.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