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kansalaisopisto</w:t>
      </w:r>
    </w:p>
    <w:p>
      <w:r>
        <w:t>23.8.2022 tiistai</w:t>
      </w:r>
    </w:p>
    <w:p>
      <w:pPr>
        <w:pStyle w:val="Heading1"/>
      </w:pPr>
      <w:r>
        <w:t>23.8.2022-31.8.2022</w:t>
      </w:r>
    </w:p>
    <w:p>
      <w:pPr>
        <w:pStyle w:val="Heading2"/>
      </w:pPr>
      <w:r>
        <w:t>12:30-15:00 Kansalaisopiston lv. 2022-2023 puhelin- ja toimistoilmoittautuminen alkaa</w:t>
      </w:r>
    </w:p>
    <w:p>
      <w:r>
        <w:t>Tarjonnassamme on nyt jopa 220 kurssia – tule mukaan oppimaan ja harrastamaan!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