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rukoushuone, Helluntaivuorentie 16, 52920 Voikoski</w:t>
      </w:r>
    </w:p>
    <w:p>
      <w:r>
        <w:t>21.8.2022 sunnuntai</w:t>
      </w:r>
    </w:p>
    <w:p>
      <w:pPr>
        <w:pStyle w:val="Heading1"/>
      </w:pPr>
      <w:r>
        <w:t>21.8.2022 sunnuntai</w:t>
      </w:r>
    </w:p>
    <w:p>
      <w:pPr>
        <w:pStyle w:val="Heading2"/>
      </w:pPr>
      <w:r>
        <w:t>14:00-16:00 Kesäasukkaiden gospelit</w:t>
      </w:r>
    </w:p>
    <w:p>
      <w:r>
        <w:t>Kesäasukkaiden gospelit Voikosken kirkossa. Esiintyjänä Heavenly Swing, feat. Pekka Laukkarinen (voc.)</w:t>
      </w:r>
    </w:p>
    <w:p>
      <w:r>
        <w:t>Ohjelma 10€ (sisältää marttojen kahvit). Maksu käteisellä.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