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Tuustaipaleen Luontohotelli, Tuustaipaleentie 720</w:t>
      </w:r>
    </w:p>
    <w:p>
      <w:r>
        <w:t>20.8.2022 lauantai</w:t>
      </w:r>
    </w:p>
    <w:p>
      <w:pPr>
        <w:pStyle w:val="Heading1"/>
      </w:pPr>
      <w:r>
        <w:t>20.8.2022 lauantai</w:t>
      </w:r>
    </w:p>
    <w:p>
      <w:pPr>
        <w:pStyle w:val="Heading2"/>
      </w:pPr>
      <w:r>
        <w:t>11:00-16:00 Ruokafestarit</w:t>
      </w:r>
    </w:p>
    <w:p>
      <w:r>
        <w:t xml:space="preserve">Myynnissä lähitilojen tuotteista valmistettuja ruoka-annoksia, tilamyyntiä, live musiikkia. </w:t>
        <w:br/>
        <w:br/>
        <w:br/>
        <w:br/>
        <w:br/>
        <w:br/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