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Mäntyharjun Urheilupuisto</w:t>
      </w:r>
    </w:p>
    <w:p>
      <w:r>
        <w:t>24.9.2022 lauantai</w:t>
      </w:r>
    </w:p>
    <w:p>
      <w:pPr>
        <w:pStyle w:val="Heading1"/>
      </w:pPr>
      <w:r>
        <w:t>24.9.2022 lauantai</w:t>
      </w:r>
    </w:p>
    <w:p>
      <w:pPr>
        <w:pStyle w:val="Heading2"/>
      </w:pPr>
      <w:r>
        <w:t>11:00-18:00 Padel syysturnaus</w:t>
      </w:r>
    </w:p>
    <w:p>
      <w:r>
        <w:t>Padelkauden päättäjäisturnaus pelataan la 24.9.2022 klo 11-18 Polaria padelkentällä (Kyttäläntie).</w:t>
      </w:r>
    </w:p>
    <w:p>
      <w:r>
        <w:t>Osallistumismaksu: 15-20€/hlö</w:t>
        <w:br/>
        <w:t>Maksun voi suorittaa myös ePassilla, Edenredillä ja Smartumilla.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