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25.9.2022 sunnuntai</w:t>
      </w:r>
    </w:p>
    <w:p>
      <w:pPr>
        <w:pStyle w:val="Heading1"/>
      </w:pPr>
      <w:r>
        <w:t>25.9.2022 sunnuntai</w:t>
      </w:r>
    </w:p>
    <w:p>
      <w:pPr>
        <w:pStyle w:val="Heading2"/>
      </w:pPr>
      <w:r>
        <w:t>14:00-15:30 LUOMUDUO Mäntyharjussa</w:t>
      </w:r>
    </w:p>
    <w:p>
      <w:r>
        <w:t>Tuore 2022 Konsta Jylhä -kilpailun voittaja LUOMUDUO esiintyy Mäntyharjussa su 25.9. klo 14. Menossa mukana myös Mäntyharjun Huuliharpistit.</w:t>
      </w:r>
    </w:p>
    <w:p>
      <w:r>
        <w:t>Vapaaehtoinen pääsymaksu. Vietä oman budjettisi mukainen kulttuuripäivä! Maksuvälineenä: käteinen/kortti/Smartum/ePassi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