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2.9.2022 perjantai</w:t>
      </w:r>
    </w:p>
    <w:p>
      <w:pPr>
        <w:pStyle w:val="Heading1"/>
      </w:pPr>
      <w:r>
        <w:t>2.9.2022-30.9.2022</w:t>
      </w:r>
    </w:p>
    <w:p>
      <w:pPr>
        <w:pStyle w:val="Heading2"/>
      </w:pPr>
      <w:r>
        <w:t>15:00-14:30 Näyttely: Irmeli Vainio - Valokuvia Siirlahdelta</w:t>
      </w:r>
    </w:p>
    <w:p>
      <w:r>
        <w:t xml:space="preserve">Valokuvanäyttely, vapaa pääsy. Näyttely avoinna kirjaston aukioloaikojen mukaisesti arkisin.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