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2.10.2022 sunnuntai</w:t>
      </w:r>
    </w:p>
    <w:p>
      <w:pPr>
        <w:pStyle w:val="Heading1"/>
      </w:pPr>
      <w:r>
        <w:t>2.10.2022 sunnuntai</w:t>
      </w:r>
    </w:p>
    <w:p>
      <w:pPr>
        <w:pStyle w:val="Heading2"/>
      </w:pPr>
      <w:r>
        <w:t>13:00-14:00 Hyvänen aika! -monologi</w:t>
      </w:r>
    </w:p>
    <w:p>
      <w:r>
        <w:t>Hyvänen aika! -monologi Mäntyharjun kulttuurisalissa su 2.10. klo 13. Kahvio palvelee tuntia ennen esitystä ja esityksen jälkeen.</w:t>
      </w:r>
    </w:p>
    <w:p>
      <w:r>
        <w:t>Liput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