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20.11.2022 sunnuntai</w:t>
      </w:r>
    </w:p>
    <w:p>
      <w:pPr>
        <w:pStyle w:val="Heading1"/>
      </w:pPr>
      <w:r>
        <w:t>20.11.2022 sunnuntai</w:t>
      </w:r>
    </w:p>
    <w:p>
      <w:pPr>
        <w:pStyle w:val="Heading2"/>
      </w:pPr>
      <w:r>
        <w:t>15:00-16:00 Jokeri Pokeri Box - Ihan Simona! LIVE-kiertue</w:t>
      </w:r>
    </w:p>
    <w:p>
      <w:r>
        <w:t>Jokeri Pokeri Box - Ihan Simona! LIVE-kiertue Mäntyharjun kulttuurisalissa (Elokuvateatteri Kino) Lapsen oikeuksien päivänä su 20.11.2022 klo 15.</w:t>
      </w:r>
    </w:p>
    <w:p>
      <w:r>
        <w:t>Aikuiset 12 €, lapset alle 16 vuotta 6 €, sylilapset (alle 2 vuotta) maksutta.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