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Pieni liikuntasali (lukio-kansalaisopisto) Kompantie 22)</w:t>
      </w:r>
    </w:p>
    <w:p>
      <w:r>
        <w:t>10.12.2022 lauantai</w:t>
      </w:r>
    </w:p>
    <w:p>
      <w:pPr>
        <w:pStyle w:val="Heading1"/>
      </w:pPr>
      <w:r>
        <w:t>10.12.2022 lauantai</w:t>
      </w:r>
    </w:p>
    <w:p>
      <w:pPr>
        <w:pStyle w:val="Heading2"/>
      </w:pPr>
      <w:r>
        <w:t>11:00-15:00 Tanssilauantai (lattarit, cha cha, rumba, bolero)</w:t>
      </w:r>
    </w:p>
    <w:p>
      <w:r>
        <w:t>Pari- / lavatanssikurssilla harjoitellaan suomalaisilla tanssilavoilla yleisesti tanssittavia tansseja.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