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Ruotimon Moottoriurheilukeskus, Mynttiläntie 190, Mäntyharju</w:t>
      </w:r>
    </w:p>
    <w:p>
      <w:r>
        <w:t>15.10.2022 lauantai</w:t>
      </w:r>
    </w:p>
    <w:p>
      <w:pPr>
        <w:pStyle w:val="Heading1"/>
      </w:pPr>
      <w:r>
        <w:t>15.10.2022 lauantai</w:t>
      </w:r>
    </w:p>
    <w:p>
      <w:pPr>
        <w:pStyle w:val="Heading2"/>
      </w:pPr>
      <w:r>
        <w:t>10:00-17:00 RFF OP Pariajo</w:t>
      </w:r>
    </w:p>
    <w:p>
      <w:r>
        <w:t>Jo perinteiseksi muodostumut pariajo enduro- ja motocrosspyörille sekä crossimönkijöille.</w:t>
        <w:br/>
        <w:br/>
        <w:t>Lisätiedot: http://www.mhmk.fi/kalenteri/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