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Mäntyharju</w:t>
      </w:r>
    </w:p>
    <w:p>
      <w:r>
        <w:t>18.2.2023 lauantai</w:t>
      </w:r>
    </w:p>
    <w:p>
      <w:pPr>
        <w:pStyle w:val="Heading1"/>
      </w:pPr>
      <w:r>
        <w:t>18.2.2023 lauantai</w:t>
      </w:r>
    </w:p>
    <w:p>
      <w:pPr>
        <w:pStyle w:val="Heading2"/>
      </w:pPr>
      <w:r>
        <w:t>11:00-15:00 Helli sisäistä kauneutta -pilatespäivä</w:t>
      </w:r>
    </w:p>
    <w:p>
      <w:r>
        <w:t>Pilatespäivä kutsuu sinua vahvistamaan sisäistä kauneuttasi. Kurssin opettajana toimii Somatic pilates -ohjaaja Mervi Arsiola.</w:t>
      </w:r>
    </w:p>
    <w:p>
      <w:r>
        <w:t>Hinta (MäVin jäsenet/muut):</w:t>
        <w:br/>
        <w:t>Koko päivä: 40 €/45 €</w:t>
        <w:br/>
        <w:t>Aamupäivä (klo 11-12.30): 17 €/20 €</w:t>
        <w:br/>
        <w:t>Iltapäivä (klo 13-15): 23 €/25 €</w:t>
        <w:br/>
        <w:br/>
        <w:t>Kurssimaksu maksetaan ilmoittautumisen yhteydessä. Voit maksaa kurssimaksusi myös ePassilla, Edenredillä, EazyBreakilla ja Smartumilla.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