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Hinkkuri Highland - Hiekkaharjuntie 13, Mäntyharju</w:t>
      </w:r>
    </w:p>
    <w:p>
      <w:r>
        <w:t>18.2.2023 lauantai</w:t>
      </w:r>
    </w:p>
    <w:p>
      <w:pPr>
        <w:pStyle w:val="Heading1"/>
      </w:pPr>
      <w:r>
        <w:t>18.2.2023 lauantai</w:t>
      </w:r>
    </w:p>
    <w:p>
      <w:pPr>
        <w:pStyle w:val="Heading2"/>
      </w:pPr>
      <w:r>
        <w:t>12:00-17:00 AVOIMET OVET Ylämaankarja -tilalla</w:t>
      </w:r>
    </w:p>
    <w:p>
      <w:r>
        <w:t>Avaamme ovet kuluttajille, kasvattajille ja muille pihvilihan tuotannosta sekä maatilan elämyksistä kiinnostuneille !</w:t>
        <w:br/>
        <w:br/>
      </w:r>
    </w:p>
    <w:p>
      <w:r>
        <w:t>VAPAA PÄÄSY</w:t>
        <w:br/>
        <w:t>Palveluiden ja tuotteiden maksut: käteinen, kortti, MobilePay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