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28.1.2023 lauantai</w:t>
      </w:r>
    </w:p>
    <w:p>
      <w:pPr>
        <w:pStyle w:val="Heading1"/>
      </w:pPr>
      <w:r>
        <w:t>28.1.2023 lauantai</w:t>
      </w:r>
    </w:p>
    <w:p>
      <w:pPr>
        <w:pStyle w:val="Heading2"/>
      </w:pPr>
      <w:r>
        <w:t>13:00-18:30 Tanssillisen voimistelun Cup 3</w:t>
      </w:r>
    </w:p>
    <w:p>
      <w:r>
        <w:t xml:space="preserve">Mäntyharjun Virkistyksen Voimistelu- ja tanssijaosto järjestää tanssillisen voimistelun Cup 3 -kilpailun lauantaina 28.1.2023 Monitoimihalli Kisalassa. </w:t>
      </w:r>
    </w:p>
    <w:p>
      <w:r>
        <w:t>Aikuisten lippu: 10 €</w:t>
        <w:br/>
        <w:t>Lasten (7-16 v.) lippu: 7 €</w:t>
        <w:br/>
        <w:t>Lapset alle 7 v.: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