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29.1.2023 sunnuntai</w:t>
      </w:r>
    </w:p>
    <w:p>
      <w:pPr>
        <w:pStyle w:val="Heading1"/>
      </w:pPr>
      <w:r>
        <w:t>29.1.2023 sunnuntai</w:t>
      </w:r>
    </w:p>
    <w:p>
      <w:pPr>
        <w:pStyle w:val="Heading2"/>
      </w:pPr>
      <w:r>
        <w:t>13:30-16:00 Voimistelun ja tanssin Lumo</w:t>
      </w:r>
    </w:p>
    <w:p>
      <w:r>
        <w:t>Mäntyharjun Virkistyksen Voimistelu- ja tanssijaosto järjestää Voimistelun ja tanssin Lumo -semitapahtuman sunnuntaina 29.1.2023</w:t>
      </w:r>
    </w:p>
    <w:p>
      <w:r>
        <w:t xml:space="preserve">Aikuisten lippu: 10 € </w:t>
        <w:br/>
        <w:t xml:space="preserve">Lasten (7-16 v.) lippu: 7 € </w:t>
        <w:br/>
        <w:t>Lapset alle 7 v.: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