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27.10.2022 torstai</w:t>
      </w:r>
    </w:p>
    <w:p>
      <w:pPr>
        <w:pStyle w:val="Heading1"/>
      </w:pPr>
      <w:r>
        <w:t>27.10.2022-30.10.2022</w:t>
      </w:r>
    </w:p>
    <w:p>
      <w:pPr>
        <w:pStyle w:val="Heading2"/>
      </w:pPr>
      <w:r>
        <w:t>16:15-20:00 Elo ja Kuva -leffatapahtuma</w:t>
      </w:r>
    </w:p>
    <w:p>
      <w:r>
        <w:t>Mäntyharjun Kinon Perinteikäs elokuvatapahtuma Elo ja Kuva 27.-30.10.2022</w:t>
      </w:r>
    </w:p>
    <w:p>
      <w:r>
        <w:t>Liput 10 €. Kaveria ei jätetä -tarjous: kaksi lippua tai useampi samaan näytökseen 8 €/kpl.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