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16:00-19:00 Hämärät markkinat</w:t>
      </w:r>
    </w:p>
    <w:p>
      <w:r>
        <w:t>Hämärät markkinat järjestetään Mäntyharju-päivänä pe 28.10. klo 16-19.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