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Nuorisotila Askel</w:t>
      </w:r>
    </w:p>
    <w:p>
      <w:r>
        <w:t>4.11.2022 perjantai</w:t>
      </w:r>
    </w:p>
    <w:p>
      <w:pPr>
        <w:pStyle w:val="Heading1"/>
      </w:pPr>
      <w:r>
        <w:t>4.11.2022 perjantai</w:t>
      </w:r>
    </w:p>
    <w:p>
      <w:pPr>
        <w:pStyle w:val="Heading2"/>
      </w:pPr>
      <w:r>
        <w:t>19:30-20:30 Naurua syksyyn: Stand up-koomikko Sampsa Simpanen</w:t>
      </w:r>
    </w:p>
    <w:p>
      <w:r>
        <w:t>Naurua syksyyn! Stand up -koomikko Sampsa Simpanen kiertää esiintymässä eteläsavolaisille nuorille loka-marraskuussa -22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