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Voikosken rukoushuone, Helluntaivuorentie 16, 52920 Voikoski</w:t>
      </w:r>
    </w:p>
    <w:p>
      <w:r>
        <w:t>8.12.2022 torstai</w:t>
      </w:r>
    </w:p>
    <w:p>
      <w:pPr>
        <w:pStyle w:val="Heading1"/>
      </w:pPr>
      <w:r>
        <w:t>8.12.2022 torstai</w:t>
      </w:r>
    </w:p>
    <w:p>
      <w:pPr>
        <w:pStyle w:val="Heading2"/>
      </w:pPr>
      <w:r>
        <w:t>18:00-20:00 Kauneimmat joululaulut Voikosken kirkossa</w:t>
      </w:r>
    </w:p>
    <w:p>
      <w:r>
        <w:t>Tunnelmalliset Kauneimmat joululaulut talvisen metsän keskellä.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