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Mäntyharju</w:t>
      </w:r>
    </w:p>
    <w:p>
      <w:r>
        <w:t>3.12.2022 lauantai</w:t>
      </w:r>
    </w:p>
    <w:p>
      <w:pPr>
        <w:pStyle w:val="Heading1"/>
      </w:pPr>
      <w:r>
        <w:t>3.12.2022 lauantai</w:t>
      </w:r>
    </w:p>
    <w:p>
      <w:pPr>
        <w:pStyle w:val="Heading2"/>
      </w:pPr>
      <w:r>
        <w:t>09:30-20:00 My Moves -tanssikilpailu</w:t>
      </w:r>
    </w:p>
    <w:p>
      <w:r>
        <w:t>Jo kuudetta kertaa järjestettävä My Moves kokoaa lähes viisisataa tanssijaa ympäri Suomen</w:t>
      </w:r>
    </w:p>
    <w:p>
      <w:r>
        <w:t>Liput katsomoon myydään ovelta. Hinta: 10 €/kpl, alle kouluikäiset ilmaiseksi.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