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Partsimaan kyläkirkko, Valtolantie 2416</w:t>
      </w:r>
    </w:p>
    <w:p>
      <w:r>
        <w:t>10.12.2022 lauantai</w:t>
      </w:r>
    </w:p>
    <w:p>
      <w:pPr>
        <w:pStyle w:val="Heading1"/>
      </w:pPr>
      <w:r>
        <w:t>10.12.2022 lauantai</w:t>
      </w:r>
    </w:p>
    <w:p>
      <w:pPr>
        <w:pStyle w:val="Heading2"/>
      </w:pPr>
      <w:r>
        <w:t>15:00-16:00 Kauneimmat joululaulut Partsimaan kyläkirkossa</w:t>
      </w:r>
    </w:p>
    <w:p>
      <w:r>
        <w:t>Kauneimmat joululaulut Partsimaan kyläkirkossa (Valtolantie 2416, 52890 Käävänkylä) lauantaina 10.12. klo 15.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