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13.12.2022 tiistai</w:t>
      </w:r>
    </w:p>
    <w:p>
      <w:pPr>
        <w:pStyle w:val="Heading1"/>
      </w:pPr>
      <w:r>
        <w:t>13.12.2022 tiistai</w:t>
      </w:r>
    </w:p>
    <w:p>
      <w:pPr>
        <w:pStyle w:val="Heading2"/>
      </w:pPr>
      <w:r>
        <w:t>18:00-19:30 Wau! Mäntyharjun nuoret lavalla -näytös</w:t>
      </w:r>
    </w:p>
    <w:p>
      <w:r>
        <w:t xml:space="preserve">Wau! Mäntyharjun nuoret lavalla -yhteisnäytös kokoaa yhteen eri lajien harrastajat. </w:t>
      </w:r>
    </w:p>
    <w:p>
      <w:r>
        <w:t>Liput: 10 € (alle 16 v. maksutta) Maksu kortilla/Mobilepaylla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