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Järjestötupa, Liikekuja 2</w:t>
      </w:r>
    </w:p>
    <w:p>
      <w:r>
        <w:t>25.5.2023 torstai</w:t>
      </w:r>
    </w:p>
    <w:p>
      <w:pPr>
        <w:pStyle w:val="Heading1"/>
      </w:pPr>
      <w:r>
        <w:t>25.5.2023 torstai</w:t>
      </w:r>
    </w:p>
    <w:p>
      <w:pPr>
        <w:pStyle w:val="Heading2"/>
      </w:pPr>
      <w:r>
        <w:t>13:00-14:30 Mäntyharjun omaishoitajien vertaistukiryhmä</w:t>
      </w:r>
    </w:p>
    <w:p>
      <w:r>
        <w:t xml:space="preserve">Vertaistukiryhmä kaikille omaishoitajille. Ryhmässä saa purkaa arjen tuntoja yhdessä muiden omaishoitajien kanssa luottamuksellisessa ilmapiirissä.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