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Yleisurheilun kunnanmestaruuskilpailut</w:t>
      </w:r>
    </w:p>
    <w:p>
      <w:r>
        <w:t xml:space="preserve">Yleisurheilun kunnanmestaruuskilpailut urheilualueella keskiviikkona 23.8 klo 18.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