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Mäntyharju</w:t>
      </w:r>
    </w:p>
    <w:p>
      <w:r>
        <w:t>13.5.2023 lauantai</w:t>
      </w:r>
    </w:p>
    <w:p>
      <w:pPr>
        <w:pStyle w:val="Heading1"/>
      </w:pPr>
      <w:r>
        <w:t>13.5.2023 lauantai</w:t>
      </w:r>
    </w:p>
    <w:p>
      <w:pPr>
        <w:pStyle w:val="Heading2"/>
      </w:pPr>
      <w:r>
        <w:t>14:00-18:30 TOP 23 -kevätnäytös</w:t>
      </w:r>
    </w:p>
    <w:p>
      <w:r>
        <w:t>Yleisönäytökset Mäntyareenalla klo 14.00 ja 17.00</w:t>
      </w:r>
    </w:p>
    <w:p>
      <w:r>
        <w:t>Liput 10 €/5 €, alle 7 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