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30.6.2023 perjantai</w:t>
      </w:r>
    </w:p>
    <w:p>
      <w:pPr>
        <w:pStyle w:val="Heading1"/>
      </w:pPr>
      <w:r>
        <w:t>30.6.2023-15.7.2023</w:t>
      </w:r>
    </w:p>
    <w:p>
      <w:pPr>
        <w:pStyle w:val="Heading2"/>
      </w:pPr>
      <w:r>
        <w:t>15:00-17:30 Katri Helena -musiikkinäytelmä, Koirakiven kesäteatteri 30.6.-15.7.</w:t>
      </w:r>
    </w:p>
    <w:p>
      <w:r>
        <w:t>Elämäkerrallinen musiikkinäytelmä Katri Helenasta.</w:t>
      </w:r>
    </w:p>
    <w:p>
      <w:r>
        <w:t>Nettiliput: www.nettilippu.fi:</w:t>
        <w:br/>
        <w:t>Aikuisten lippu: netti 24 € /hlö</w:t>
        <w:br/>
        <w:t>Lasten lippu: netti 13 € /hlö (5-12 v.)</w:t>
        <w:br/>
        <w:t>Ryhmä lippu: 22 € /hlö (Ryhmä koko 20 hlö, sis. 1 vapaalippu)</w:t>
        <w:br/>
        <w:br/>
        <w:t>Portilta:</w:t>
        <w:br/>
        <w:t>Aikuisten lippu: portilla 26 € /hlö</w:t>
        <w:br/>
        <w:t>Lasten lippu: portilla 15 € /hlö (5-12 v.)</w:t>
        <w:br/>
        <w:t>Ryhmä lippu: 22 € /hlö (Ryhmä koko 20 hlö, sis. 1 vapaalippu)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