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4.5.2023 torstai</w:t>
      </w:r>
    </w:p>
    <w:p>
      <w:pPr>
        <w:pStyle w:val="Heading1"/>
      </w:pPr>
      <w:r>
        <w:t>4.5.2023 torstai</w:t>
      </w:r>
    </w:p>
    <w:p>
      <w:pPr>
        <w:pStyle w:val="Heading2"/>
      </w:pPr>
      <w:r>
        <w:t>18:00-19:30 Keinahdellen kohti kesää-Tanssiaiskonsertti</w:t>
      </w:r>
    </w:p>
    <w:p>
      <w:r>
        <w:t>Tarjolla Naiskuoro Pionin ja Jake Ilmola Groupin musiikkia kuunneltavaksi ja tanssittavaksi</w:t>
      </w:r>
    </w:p>
    <w:p>
      <w:r>
        <w:t>15 e/hlö, alle 15v. ilmaiseksi.</w:t>
        <w:br/>
        <w:t>Yhdistyksen kannatusjäsenet 10 e/hlö.</w:t>
        <w:br/>
        <w:t>Voit myös liittyä Naiskuoro Pionin kannatusyhdistyksen jäseneksi</w:t>
        <w:br/>
        <w:t>konsertin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